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single" w:sz="32" w:color="6750A4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  <w:shd w:fill="F0ECFA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6750A4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6750A4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6750A4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6750A4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  <w:shd w:fill="F0ECFA"/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6750A4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0ECF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750A4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6750A4"/>
                <w:sz w:val="12"/>
              </w:rPr>
              <w:t>BESCHREIBUNG</w:t>
            </w:r>
          </w:p>
        </w:tc>
        <w:tc>
          <w:tcPr>
            <w:tcW w:type="dxa" w:w="1050"/>
            <w:shd w:fill="F0ECF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750A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6750A4"/>
                <w:sz w:val="12"/>
              </w:rPr>
              <w:t>MENGE</w:t>
            </w:r>
          </w:p>
        </w:tc>
        <w:tc>
          <w:tcPr>
            <w:tcW w:type="dxa" w:w="1600"/>
            <w:shd w:fill="F0ECF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750A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6750A4"/>
                <w:sz w:val="12"/>
              </w:rPr>
              <w:t>EINZELPREIS</w:t>
            </w:r>
          </w:p>
        </w:tc>
        <w:tc>
          <w:tcPr>
            <w:tcW w:type="dxa" w:w="1050"/>
            <w:shd w:fill="F0ECF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750A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6750A4"/>
                <w:sz w:val="12"/>
              </w:rPr>
              <w:t>UST</w:t>
            </w:r>
          </w:p>
        </w:tc>
        <w:tc>
          <w:tcPr>
            <w:tcW w:type="dxa" w:w="2000"/>
            <w:shd w:fill="F0ECF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750A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6750A4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6750A4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6750A4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6750A4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0EC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6750A4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6750A4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6750A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Violet Wave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