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8B3E3E"/>
                <w:sz w:val="22"/>
              </w:rPr>
              <w:t>[UNTERNEHMENSNAME]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Georgia" w:hAnsi="Georgia" w:eastAsia="Georgia"/>
                <w:b/>
                <w:i w:val="0"/>
                <w:color w:val="8B3E3E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8B3E3E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8B3E3E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Georgia" w:hAnsi="Georgia" w:eastAsia="Georgia"/>
          <w:b/>
          <w:i w:val="0"/>
          <w:color w:val="8B3E3E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Georgia" w:hAnsi="Georgia" w:eastAsia="Georgia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F8EEEE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8B3E3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/>
                <w:i w:val="0"/>
                <w:color w:val="8B3E3E"/>
                <w:sz w:val="12"/>
              </w:rPr>
              <w:t>BESCHREIBUNG</w:t>
            </w:r>
          </w:p>
        </w:tc>
        <w:tc>
          <w:tcPr>
            <w:tcW w:type="dxa" w:w="1050"/>
            <w:shd w:fill="F8EEEE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8B3E3E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8B3E3E"/>
                <w:sz w:val="12"/>
              </w:rPr>
              <w:t>MENGE</w:t>
            </w:r>
          </w:p>
        </w:tc>
        <w:tc>
          <w:tcPr>
            <w:tcW w:type="dxa" w:w="1600"/>
            <w:shd w:fill="F8EEEE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8B3E3E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8B3E3E"/>
                <w:sz w:val="12"/>
              </w:rPr>
              <w:t>EINZELPREIS</w:t>
            </w:r>
          </w:p>
        </w:tc>
        <w:tc>
          <w:tcPr>
            <w:tcW w:type="dxa" w:w="1050"/>
            <w:shd w:fill="F8EEEE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8B3E3E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8B3E3E"/>
                <w:sz w:val="12"/>
              </w:rPr>
              <w:t>UST</w:t>
            </w:r>
          </w:p>
        </w:tc>
        <w:tc>
          <w:tcPr>
            <w:tcW w:type="dxa" w:w="2000"/>
            <w:shd w:fill="F8EEEE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8B3E3E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8B3E3E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8B3E3E"/>
                <w:sz w:val="13"/>
              </w:rPr>
              <w:t>ZAHLUNGSINFORMATION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8B3E3E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8B3E3E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8EE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8B3E3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8B3E3E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Georgia" w:hAnsi="Georgia" w:eastAsia="Georgia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Georgia" w:hAnsi="Georgia" w:eastAsia="Georgia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Georgia" w:hAnsi="Georgia" w:eastAsia="Georgia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Georgia" w:hAnsi="Georgia" w:eastAsia="Georgia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Georgia" w:hAnsi="Georgia" w:eastAsia="Georgia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8B3E3E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Vienna Editorial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