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D7372F"/>
                <w:sz w:val="22"/>
              </w:rPr>
              <w:t>[UNTERNEHMENSNAME]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color w:val="D7372F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4" w:space="2" w:color="D7372F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D7372F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  <w:shd w:fill="F4F1EC"/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rial" w:hAnsi="Arial" w:eastAsia="Arial"/>
          <w:b/>
          <w:i w:val="0"/>
          <w:color w:val="D7372F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rial" w:hAnsi="Arial" w:eastAsia="Arial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4F1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D7372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D7372F"/>
                <w:sz w:val="12"/>
              </w:rPr>
              <w:t>BESCHREIBUNG</w:t>
            </w:r>
          </w:p>
        </w:tc>
        <w:tc>
          <w:tcPr>
            <w:tcW w:type="dxa" w:w="1050"/>
            <w:shd w:fill="F4F1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D7372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D7372F"/>
                <w:sz w:val="12"/>
              </w:rPr>
              <w:t>MENGE</w:t>
            </w:r>
          </w:p>
        </w:tc>
        <w:tc>
          <w:tcPr>
            <w:tcW w:type="dxa" w:w="1600"/>
            <w:shd w:fill="F4F1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D7372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D7372F"/>
                <w:sz w:val="12"/>
              </w:rPr>
              <w:t>EINZELPREIS</w:t>
            </w:r>
          </w:p>
        </w:tc>
        <w:tc>
          <w:tcPr>
            <w:tcW w:type="dxa" w:w="1050"/>
            <w:shd w:fill="F4F1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D7372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D7372F"/>
                <w:sz w:val="12"/>
              </w:rPr>
              <w:t>UST</w:t>
            </w:r>
          </w:p>
        </w:tc>
        <w:tc>
          <w:tcPr>
            <w:tcW w:type="dxa" w:w="2000"/>
            <w:shd w:fill="F4F1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D7372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D7372F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D7372F"/>
                <w:sz w:val="13"/>
              </w:rPr>
              <w:t>ZAHLUNGSINFORMATION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D7372F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D7372F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4F1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D7372F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D7372F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rial" w:hAnsi="Arial" w:eastAsia="Arial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rial" w:hAnsi="Arial" w:eastAsia="Arial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 w:eastAsia="Arial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rial" w:hAnsi="Arial" w:eastAsia="Arial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D7372F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Swiss Ledger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