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36B4A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336B4A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336B4A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36B4A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336B4A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AF3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6B4A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336B4A"/>
                <w:sz w:val="12"/>
              </w:rPr>
              <w:t>BESCHREIBUNG</w:t>
            </w:r>
          </w:p>
        </w:tc>
        <w:tc>
          <w:tcPr>
            <w:tcW w:type="dxa" w:w="1050"/>
            <w:shd w:fill="EAF3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6B4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36B4A"/>
                <w:sz w:val="12"/>
              </w:rPr>
              <w:t>MENGE</w:t>
            </w:r>
          </w:p>
        </w:tc>
        <w:tc>
          <w:tcPr>
            <w:tcW w:type="dxa" w:w="1600"/>
            <w:shd w:fill="EAF3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6B4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36B4A"/>
                <w:sz w:val="12"/>
              </w:rPr>
              <w:t>EINZELPREIS</w:t>
            </w:r>
          </w:p>
        </w:tc>
        <w:tc>
          <w:tcPr>
            <w:tcW w:type="dxa" w:w="1050"/>
            <w:shd w:fill="EAF3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6B4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36B4A"/>
                <w:sz w:val="12"/>
              </w:rPr>
              <w:t>UST</w:t>
            </w:r>
          </w:p>
        </w:tc>
        <w:tc>
          <w:tcPr>
            <w:tcW w:type="dxa" w:w="2000"/>
            <w:shd w:fill="EAF3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36B4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36B4A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36B4A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36B4A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36B4A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AF3E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36B4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36B4A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336B4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Retail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