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97EA8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397EA8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4" w:space="2" w:color="397EA8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97EA8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EDF6FB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397EA8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DF6FB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97EA8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397EA8"/>
                <w:sz w:val="12"/>
              </w:rPr>
              <w:t>BESCHREIBUNG</w:t>
            </w:r>
          </w:p>
        </w:tc>
        <w:tc>
          <w:tcPr>
            <w:tcW w:type="dxa" w:w="1050"/>
            <w:shd w:fill="EDF6FB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97EA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97EA8"/>
                <w:sz w:val="12"/>
              </w:rPr>
              <w:t>MENGE</w:t>
            </w:r>
          </w:p>
        </w:tc>
        <w:tc>
          <w:tcPr>
            <w:tcW w:type="dxa" w:w="1600"/>
            <w:shd w:fill="EDF6FB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97EA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97EA8"/>
                <w:sz w:val="12"/>
              </w:rPr>
              <w:t>EINZELPREIS</w:t>
            </w:r>
          </w:p>
        </w:tc>
        <w:tc>
          <w:tcPr>
            <w:tcW w:type="dxa" w:w="1050"/>
            <w:shd w:fill="EDF6FB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97EA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97EA8"/>
                <w:sz w:val="12"/>
              </w:rPr>
              <w:t>UST</w:t>
            </w:r>
          </w:p>
        </w:tc>
        <w:tc>
          <w:tcPr>
            <w:tcW w:type="dxa" w:w="2000"/>
            <w:shd w:fill="EDF6FB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97EA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97EA8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97EA8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97EA8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97EA8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DF6FB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97EA8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97EA8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397EA8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Quiet Blue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