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-397" w:type="dxa"/>
      </w:tblPr>
      <w:tblGrid>
        <w:gridCol w:w="8617"/>
        <w:gridCol w:w="3288"/>
      </w:tblGrid>
      <w:tr>
        <w:trPr>
          <w:cantSplit/>
        </w:trPr>
        <w:tc>
          <w:tcPr>
            <w:tcW w:type="dxa" w:w="8617"/>
            <w:tcMar>
              <w:top w:w="567" w:type="dxa"/>
              <w:left w:w="567" w:type="dxa"/>
              <w:bottom w:w="567" w:type="dxa"/>
              <w:right w:w="567" w:type="dxa"/>
            </w:tcMar>
            <w:shd w:fill="2BAFBA" w:val="clear"/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80" w:line="269" w:lineRule="auto"/>
              <w:jc w:val="left"/>
            </w:pPr>
            <w:r>
              <w:rPr>
                <w:rFonts w:ascii="Inter" w:hAnsi="Inter"/>
                <w:b/>
                <w:i w:val="0"/>
                <w:color w:val="FFFFFF"/>
                <w:sz w:val="52"/>
                <w:lang w:val="de-AT"/>
              </w:rPr>
              <w:t>Rechnung</w:t>
            </w:r>
          </w:p>
          <w:p>
            <w:pPr>
              <w:widowControl/>
              <w:spacing w:before="0" w:after="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FFFFFF"/>
                <w:sz w:val="17"/>
                <w:lang w:val="de-AT"/>
              </w:rPr>
              <w:t>[Name / Firma] · [Straße und Hausnummer]</w:t>
              <w:br/>
              <w:t>[PLZ und Ort, Österreich]</w:t>
            </w:r>
          </w:p>
        </w:tc>
        <w:tc>
          <w:tcPr>
            <w:tcW w:type="dxa" w:w="3288"/>
            <w:tcMar>
              <w:top w:w="567" w:type="dxa"/>
              <w:left w:w="567" w:type="dxa"/>
              <w:bottom w:w="567" w:type="dxa"/>
              <w:right w:w="567" w:type="dxa"/>
            </w:tcMar>
            <w:shd w:fill="2BAFBA" w:val="clear"/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160" w:after="60" w:line="269" w:lineRule="auto"/>
              <w:jc w:val="right"/>
            </w:pPr>
            <w:r>
              <w:rPr>
                <w:rFonts w:ascii="Inter" w:hAnsi="Inter"/>
                <w:b/>
                <w:i w:val="0"/>
                <w:color w:val="FFFFFF"/>
                <w:sz w:val="22"/>
                <w:lang w:val="de-AT"/>
              </w:rPr>
              <w:t>[Dein Logo]</w:t>
            </w:r>
          </w:p>
        </w:tc>
      </w:tr>
    </w:tbl>
    <w:p>
      <w:pPr>
        <w:widowControl/>
        <w:spacing w:before="0" w:after="0" w:line="380" w:lineRule="exact"/>
        <w:jc w:val="left"/>
      </w:pPr>
      <w:r>
        <w:rPr>
          <w:rFonts w:ascii="Inter" w:hAnsi="Inter"/>
          <w:b w:val="0"/>
          <w:i w:val="0"/>
          <w:color w:val="26282D"/>
          <w:sz w:val="2"/>
          <w:lang w:val="de-AT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16"/>
        <w:gridCol w:w="4762"/>
      </w:tblGrid>
      <w:tr>
        <w:trPr>
          <w:cantSplit/>
        </w:trPr>
        <w:tc>
          <w:tcPr>
            <w:tcW w:type="dxa" w:w="5216"/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666970"/>
                <w:sz w:val="15"/>
                <w:lang w:val="de-AT"/>
              </w:rPr>
              <w:t>RECHNUNGSEMPFÄNGER</w:t>
            </w:r>
          </w:p>
          <w:p>
            <w:pPr>
              <w:widowControl/>
              <w:spacing w:before="0" w:after="80" w:line="269" w:lineRule="auto"/>
              <w:jc w:val="left"/>
            </w:pPr>
            <w:r>
              <w:rPr>
                <w:rFonts w:ascii="Inter" w:hAnsi="Inter"/>
                <w:b/>
                <w:i w:val="0"/>
                <w:color w:val="26282D"/>
                <w:sz w:val="20"/>
                <w:lang w:val="de-AT"/>
              </w:rPr>
              <w:t>[Name / Firma des Kunden]</w:t>
            </w:r>
          </w:p>
          <w:p>
            <w:pPr>
              <w:widowControl/>
              <w:spacing w:before="0" w:after="4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[Straße und Hausnummer]</w:t>
            </w:r>
          </w:p>
          <w:p>
            <w:pPr>
              <w:widowControl/>
              <w:spacing w:before="0" w:after="4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[PLZ und Ort, Österreich]</w:t>
            </w:r>
          </w:p>
        </w:tc>
        <w:tc>
          <w:tcPr>
            <w:tcW w:type="dxa" w:w="4762"/>
            <w:tcMar>
              <w:top w:w="170" w:type="dxa"/>
              <w:left w:w="170" w:type="dxa"/>
              <w:bottom w:w="170" w:type="dxa"/>
              <w:right w:w="170" w:type="dxa"/>
            </w:tcMar>
            <w:shd w:fill="F2FAFB" w:val="clear"/>
            <w:tcBorders>
              <w:top w:val="single" w:sz="2" w:color="2BAFBA"/>
              <w:left w:val="single" w:sz="2" w:color="2BAFBA"/>
              <w:bottom w:val="single" w:sz="2" w:color="2BAFBA"/>
              <w:right w:val="single" w:sz="2" w:color="2BAFBA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left"/>
            </w:pPr>
            <w:r>
              <w:rPr>
                <w:rFonts w:ascii="Inter" w:hAnsi="Inter"/>
                <w:b/>
                <w:i w:val="0"/>
                <w:color w:val="666970"/>
                <w:sz w:val="14"/>
                <w:lang w:val="de-AT"/>
              </w:rPr>
              <w:t>RECHNUNGSDETAILS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2211"/>
              <w:gridCol w:w="2211"/>
            </w:tblGrid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left"/>
                  </w:pPr>
                  <w:r>
                    <w:rPr>
                      <w:rFonts w:ascii="Inter" w:hAnsi="Inter"/>
                      <w:b w:val="0"/>
                      <w:i w:val="0"/>
                      <w:color w:val="666970"/>
                      <w:sz w:val="16"/>
                      <w:lang w:val="de-AT"/>
                    </w:rPr>
                    <w:t>Rechnungsnummer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right"/>
                  </w:pPr>
                  <w:r>
                    <w:rPr>
                      <w:rFonts w:ascii="Inter" w:hAnsi="Inter"/>
                      <w:b w:val="0"/>
                      <w:i w:val="0"/>
                      <w:color w:val="26282D"/>
                      <w:sz w:val="16"/>
                      <w:lang w:val="de-AT"/>
                    </w:rPr>
                    <w:t>[RE-2026-001]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left"/>
                  </w:pPr>
                  <w:r>
                    <w:rPr>
                      <w:rFonts w:ascii="Inter" w:hAnsi="Inter"/>
                      <w:b w:val="0"/>
                      <w:i w:val="0"/>
                      <w:color w:val="666970"/>
                      <w:sz w:val="16"/>
                      <w:lang w:val="de-AT"/>
                    </w:rPr>
                    <w:t>Rechnungsdatum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right"/>
                  </w:pPr>
                  <w:r>
                    <w:rPr>
                      <w:rFonts w:ascii="Inter" w:hAnsi="Inter"/>
                      <w:b w:val="0"/>
                      <w:i w:val="0"/>
                      <w:color w:val="26282D"/>
                      <w:sz w:val="16"/>
                      <w:lang w:val="de-AT"/>
                    </w:rPr>
                    <w:t>[30.09.2026]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left"/>
                  </w:pPr>
                  <w:r>
                    <w:rPr>
                      <w:rFonts w:ascii="Inter" w:hAnsi="Inter"/>
                      <w:b w:val="0"/>
                      <w:i w:val="0"/>
                      <w:color w:val="666970"/>
                      <w:sz w:val="16"/>
                      <w:lang w:val="de-AT"/>
                    </w:rPr>
                    <w:t>Leistungszeitraum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right"/>
                  </w:pPr>
                  <w:r>
                    <w:rPr>
                      <w:rFonts w:ascii="Inter" w:hAnsi="Inter"/>
                      <w:b w:val="0"/>
                      <w:i w:val="0"/>
                      <w:color w:val="26282D"/>
                      <w:sz w:val="16"/>
                      <w:lang w:val="de-AT"/>
                    </w:rPr>
                    <w:t>[01.–30.09.2026]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left"/>
                  </w:pPr>
                  <w:r>
                    <w:rPr>
                      <w:rFonts w:ascii="Inter" w:hAnsi="Inter"/>
                      <w:b w:val="0"/>
                      <w:i w:val="0"/>
                      <w:color w:val="666970"/>
                      <w:sz w:val="16"/>
                      <w:lang w:val="de-AT"/>
                    </w:rPr>
                    <w:t>Zahlbar bis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right"/>
                  </w:pPr>
                  <w:r>
                    <w:rPr>
                      <w:rFonts w:ascii="Inter" w:hAnsi="Inter"/>
                      <w:b w:val="0"/>
                      <w:i w:val="0"/>
                      <w:color w:val="26282D"/>
                      <w:sz w:val="16"/>
                      <w:lang w:val="de-AT"/>
                    </w:rPr>
                    <w:t>[14.10.2026]</w:t>
                  </w:r>
                </w:p>
              </w:tc>
            </w:tr>
          </w:tbl>
          <w:p/>
        </w:tc>
      </w:tr>
    </w:tbl>
    <w:p>
      <w:pPr>
        <w:widowControl/>
        <w:spacing w:before="0" w:after="0" w:line="360" w:lineRule="exact"/>
        <w:jc w:val="left"/>
      </w:pPr>
      <w:r>
        <w:rPr>
          <w:rFonts w:ascii="Inter" w:hAnsi="Inter"/>
          <w:b w:val="0"/>
          <w:i w:val="0"/>
          <w:color w:val="26282D"/>
          <w:sz w:val="2"/>
          <w:lang w:val="de-AT"/>
        </w:rPr>
      </w:r>
    </w:p>
    <w:p>
      <w:pPr>
        <w:widowControl/>
        <w:spacing w:before="0" w:after="200" w:line="269" w:lineRule="auto"/>
        <w:jc w:val="left"/>
      </w:pPr>
      <w:r>
        <w:rPr>
          <w:rFonts w:ascii="Inter" w:hAnsi="Inter"/>
          <w:b/>
          <w:i w:val="0"/>
          <w:color w:val="26282D"/>
          <w:sz w:val="18"/>
          <w:lang w:val="de-AT"/>
        </w:rPr>
        <w:t>Auftrag / Projekt: [Referenz und vereinbarter Umfang]</w:t>
      </w:r>
    </w:p>
    <w:p>
      <w:pPr>
        <w:widowControl/>
        <w:spacing w:before="0" w:after="240" w:line="269" w:lineRule="auto"/>
        <w:jc w:val="left"/>
      </w:pPr>
      <w:r>
        <w:rPr>
          <w:rFonts w:ascii="Inter" w:hAnsi="Inter"/>
          <w:b w:val="0"/>
          <w:i w:val="0"/>
          <w:color w:val="26282D"/>
          <w:sz w:val="18"/>
          <w:lang w:val="de-AT"/>
        </w:rPr>
        <w:t>Vielen Dank für die Zusammenarbeit. Ich verrechne die folgenden Leistungen: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2"/>
        <w:gridCol w:w="1531"/>
        <w:gridCol w:w="1757"/>
        <w:gridCol w:w="1757"/>
      </w:tblGrid>
      <w:tr>
        <w:trPr>
          <w:cantSplit/>
        </w:trPr>
        <w:tc>
          <w:tcPr>
            <w:tcW w:type="dxa" w:w="4932"/>
            <w:tcMar>
              <w:top w:w="142" w:type="dxa"/>
              <w:left w:w="142" w:type="dxa"/>
              <w:bottom w:w="142" w:type="dxa"/>
              <w:right w:w="142" w:type="dxa"/>
            </w:tcMar>
            <w:shd w:fill="2BAFBA" w:val="clear"/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00" w:line="269" w:lineRule="auto"/>
              <w:jc w:val="left"/>
            </w:pPr>
            <w:r>
              <w:rPr>
                <w:rFonts w:ascii="Inter" w:hAnsi="Inter"/>
                <w:b/>
                <w:i w:val="0"/>
                <w:color w:val="17191D"/>
                <w:sz w:val="16"/>
                <w:lang w:val="de-AT"/>
              </w:rPr>
              <w:t>BESCHREIBUNG</w:t>
            </w:r>
          </w:p>
        </w:tc>
        <w:tc>
          <w:tcPr>
            <w:tcW w:type="dxa" w:w="1531"/>
            <w:tcMar>
              <w:top w:w="142" w:type="dxa"/>
              <w:left w:w="142" w:type="dxa"/>
              <w:bottom w:w="142" w:type="dxa"/>
              <w:right w:w="142" w:type="dxa"/>
            </w:tcMar>
            <w:shd w:fill="2BAFBA" w:val="clear"/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00" w:line="269" w:lineRule="auto"/>
              <w:jc w:val="right"/>
            </w:pPr>
            <w:r>
              <w:rPr>
                <w:rFonts w:ascii="Inter" w:hAnsi="Inter"/>
                <w:b/>
                <w:i w:val="0"/>
                <w:color w:val="17191D"/>
                <w:sz w:val="16"/>
                <w:lang w:val="de-AT"/>
              </w:rPr>
              <w:t>MENGE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shd w:fill="2BAFBA" w:val="clear"/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00" w:line="269" w:lineRule="auto"/>
              <w:jc w:val="right"/>
            </w:pPr>
            <w:r>
              <w:rPr>
                <w:rFonts w:ascii="Inter" w:hAnsi="Inter"/>
                <w:b/>
                <w:i w:val="0"/>
                <w:color w:val="17191D"/>
                <w:sz w:val="16"/>
                <w:lang w:val="de-AT"/>
              </w:rPr>
              <w:t>EINZELPREIS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shd w:fill="2BAFBA" w:val="clear"/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00" w:line="269" w:lineRule="auto"/>
              <w:jc w:val="right"/>
            </w:pPr>
            <w:r>
              <w:rPr>
                <w:rFonts w:ascii="Inter" w:hAnsi="Inter"/>
                <w:b/>
                <w:i w:val="0"/>
                <w:color w:val="17191D"/>
                <w:sz w:val="16"/>
                <w:lang w:val="de-AT"/>
              </w:rPr>
              <w:t>BETRAG</w:t>
            </w:r>
          </w:p>
        </w:tc>
      </w:tr>
      <w:tr>
        <w:trPr>
          <w:cantSplit/>
        </w:trPr>
        <w:tc>
          <w:tcPr>
            <w:tcW w:type="dxa" w:w="4932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Projektkonzeption laut Auftrag</w:t>
            </w:r>
          </w:p>
        </w:tc>
        <w:tc>
          <w:tcPr>
            <w:tcW w:type="dxa" w:w="1531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1 Pauschale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250,00 €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250,00 €</w:t>
            </w:r>
          </w:p>
        </w:tc>
      </w:tr>
      <w:tr>
        <w:trPr>
          <w:cantSplit/>
        </w:trPr>
        <w:tc>
          <w:tcPr>
            <w:tcW w:type="dxa" w:w="4932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Umsetzung des vereinbarten Umfangs</w:t>
            </w:r>
          </w:p>
        </w:tc>
        <w:tc>
          <w:tcPr>
            <w:tcW w:type="dxa" w:w="1531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1 Pauschale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650,00 €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650,00 €</w:t>
            </w:r>
          </w:p>
        </w:tc>
      </w:tr>
      <w:tr>
        <w:trPr>
          <w:cantSplit/>
        </w:trPr>
        <w:tc>
          <w:tcPr>
            <w:tcW w:type="dxa" w:w="4932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Abschluss und Übergabe</w:t>
            </w:r>
          </w:p>
        </w:tc>
        <w:tc>
          <w:tcPr>
            <w:tcW w:type="dxa" w:w="1531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1 Pauschale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100,00 €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100,00 €</w:t>
            </w:r>
          </w:p>
        </w:tc>
      </w:tr>
    </w:tbl>
    <w:p>
      <w:pPr>
        <w:widowControl/>
        <w:spacing w:before="0" w:after="0" w:line="160" w:lineRule="exact"/>
        <w:jc w:val="left"/>
      </w:pPr>
      <w:r>
        <w:rPr>
          <w:rFonts w:ascii="Inter" w:hAnsi="Inter"/>
          <w:b w:val="0"/>
          <w:i w:val="0"/>
          <w:color w:val="26282D"/>
          <w:sz w:val="2"/>
          <w:lang w:val="de-AT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2"/>
        <w:gridCol w:w="3288"/>
        <w:gridCol w:w="1757"/>
      </w:tblGrid>
      <w:tr>
        <w:trPr>
          <w:cantSplit/>
        </w:trPr>
        <w:tc>
          <w:tcPr>
            <w:tcW w:type="dxa" w:w="4932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3288"/>
            <w:tcMar>
              <w:top w:w="142" w:type="dxa"/>
              <w:left w:w="142" w:type="dxa"/>
              <w:bottom w:w="142" w:type="dxa"/>
              <w:right w:w="142" w:type="dxa"/>
            </w:tcMar>
            <w:shd w:fill="F2FAFB" w:val="clear"/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80" w:line="269" w:lineRule="auto"/>
              <w:jc w:val="right"/>
            </w:pPr>
            <w:r>
              <w:rPr>
                <w:rFonts w:ascii="Inter" w:hAnsi="Inter"/>
                <w:b/>
                <w:i w:val="0"/>
                <w:color w:val="26282D"/>
                <w:sz w:val="20"/>
                <w:lang w:val="de-AT"/>
              </w:rPr>
              <w:t>Gesamtbetrag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shd w:fill="F2FAFB" w:val="clear"/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80" w:line="269" w:lineRule="auto"/>
              <w:jc w:val="right"/>
            </w:pPr>
            <w:r>
              <w:rPr>
                <w:rFonts w:ascii="Inter" w:hAnsi="Inter"/>
                <w:b/>
                <w:i w:val="0"/>
                <w:color w:val="26282D"/>
                <w:sz w:val="20"/>
                <w:lang w:val="de-AT"/>
              </w:rPr>
              <w:t>1.000,00 €</w:t>
            </w:r>
          </w:p>
        </w:tc>
      </w:tr>
    </w:tbl>
    <w:p>
      <w:pPr>
        <w:widowControl/>
        <w:spacing w:before="0" w:after="0" w:line="260" w:lineRule="exact"/>
        <w:jc w:val="left"/>
      </w:pPr>
      <w:r>
        <w:rPr>
          <w:rFonts w:ascii="Inter" w:hAnsi="Inter"/>
          <w:b w:val="0"/>
          <w:i w:val="0"/>
          <w:color w:val="26282D"/>
          <w:sz w:val="2"/>
          <w:lang w:val="de-AT"/>
        </w:rPr>
      </w:r>
    </w:p>
    <w:p>
      <w:pPr>
        <w:widowControl/>
        <w:spacing w:before="0" w:after="200" w:line="269" w:lineRule="auto"/>
        <w:jc w:val="left"/>
      </w:pPr>
      <w:r>
        <w:rPr>
          <w:rFonts w:ascii="Inter" w:hAnsi="Inter"/>
          <w:b w:val="0"/>
          <w:i w:val="0"/>
          <w:color w:val="26282D"/>
          <w:sz w:val="18"/>
          <w:lang w:val="de-AT"/>
        </w:rPr>
        <w:t>Umsatzsteuerfrei aufgrund der Kleinunternehmerregelung gemäß § 6 Abs. 1 Z 27 UStG 1994.</w:t>
      </w:r>
    </w:p>
    <w:p>
      <w:pPr>
        <w:widowControl/>
        <w:spacing w:before="0" w:after="180" w:line="269" w:lineRule="auto"/>
        <w:jc w:val="left"/>
      </w:pPr>
      <w:r>
        <w:rPr>
          <w:rFonts w:ascii="Inter" w:hAnsi="Inter"/>
          <w:b w:val="0"/>
          <w:i w:val="0"/>
          <w:color w:val="26282D"/>
          <w:sz w:val="18"/>
          <w:lang w:val="de-AT"/>
        </w:rPr>
        <w:t>Bitte bis [14.10.2026] mit der Rechnungsnummer als Zahlungsreferenz überweisen.</w:t>
      </w:r>
    </w:p>
    <w:p>
      <w:pPr>
        <w:widowControl/>
        <w:spacing w:before="0" w:after="0" w:line="269" w:lineRule="auto"/>
        <w:jc w:val="left"/>
      </w:pPr>
      <w:r>
        <w:rPr>
          <w:rFonts w:ascii="Inter" w:hAnsi="Inter"/>
          <w:b w:val="0"/>
          <w:i w:val="0"/>
          <w:color w:val="26282D"/>
          <w:sz w:val="18"/>
          <w:lang w:val="de-AT"/>
        </w:rPr>
        <w:t>Mit freundlichen Grüßen</w:t>
        <w:br/>
        <w:t>[Name / Firma]</w:t>
      </w:r>
    </w:p>
    <w:sectPr w:rsidR="00FC693F" w:rsidRPr="0006063C" w:rsidSect="00034616">
      <w:footerReference w:type="default" r:id="rId9"/>
      <w:pgSz w:w="11906" w:h="16838"/>
      <w:pgMar w:top="0" w:right="964" w:bottom="1757" w:left="964" w:header="72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nter">
    <w:embedRegular r:id="font1" w:fontKey="{5E180AD8-A85D-52A4-993B-6895DE25D46C}"/>
    <w:embedBold r:id="font2" w:fontKey="{138183BA-806F-5350-9646-1556EB7F3B48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widowControl/>
      <w:spacing w:before="0" w:after="120" w:line="20" w:lineRule="exact"/>
      <w:jc w:val="left"/>
      <w:pBdr>
        <w:bottom w:val="single" w:sz="3" w:color="2BAFBA" w:space="3"/>
      </w:pBdr>
    </w:pPr>
    <w:r>
      <w:rPr>
        <w:rFonts w:ascii="Inter" w:hAnsi="Inter"/>
        <w:b w:val="0"/>
        <w:i w:val="0"/>
        <w:color w:val="26282D"/>
        <w:sz w:val="2"/>
        <w:lang w:val="de-AT"/>
      </w:rPr>
    </w:r>
  </w:p>
  <w:tbl>
    <w:tblPr>
      <w:tblW w:type="auto" w:w="0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3345"/>
      <w:gridCol w:w="3288"/>
      <w:gridCol w:w="3345"/>
    </w:tblGrid>
    <w:tr>
      <w:trPr>
        <w:cantSplit/>
      </w:trPr>
      <w:tc>
        <w:tcPr>
          <w:tcW w:type="dxa" w:w="3345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spacing w:after="0" w:line="20" w:lineRule="exact"/>
          </w:pPr>
          <w:r>
            <w:rPr>
              <w:sz w:val="2"/>
            </w:rPr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[Name / Firma]</w:t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[Straße und Hausnummer]</w:t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[PLZ und Ort, Österreich]</w:t>
          </w:r>
        </w:p>
      </w:tc>
      <w:tc>
        <w:tcPr>
          <w:tcW w:type="dxa" w:w="3288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spacing w:after="0" w:line="20" w:lineRule="exact"/>
          </w:pPr>
          <w:r>
            <w:rPr>
              <w:sz w:val="2"/>
            </w:rPr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[E-Mail]</w:t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[Telefon]</w:t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[Website]</w:t>
          </w:r>
        </w:p>
      </w:tc>
      <w:tc>
        <w:tcPr>
          <w:tcW w:type="dxa" w:w="3345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spacing w:after="0" w:line="20" w:lineRule="exact"/>
          </w:pPr>
          <w:r>
            <w:rPr>
              <w:sz w:val="2"/>
            </w:rPr>
          </w:r>
        </w:p>
        <w:p>
          <w:pPr>
            <w:widowControl/>
            <w:spacing w:before="0" w:after="40" w:line="269" w:lineRule="auto"/>
            <w:jc w:val="righ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[Bankname]</w:t>
          </w:r>
        </w:p>
        <w:p>
          <w:pPr>
            <w:widowControl/>
            <w:spacing w:before="0" w:after="40" w:line="269" w:lineRule="auto"/>
            <w:jc w:val="righ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IBAN: [AT…]</w:t>
          </w:r>
        </w:p>
        <w:p>
          <w:pPr>
            <w:widowControl/>
            <w:spacing w:before="0" w:after="40" w:line="269" w:lineRule="auto"/>
            <w:jc w:val="righ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Kontoinhaber: [Name / Firma]</w:t>
          </w:r>
        </w:p>
      </w:tc>
    </w:tr>
  </w:tbl>
  <w:p>
    <w:pPr>
      <w:widowControl/>
      <w:spacing w:before="0" w:after="0" w:line="269" w:lineRule="auto"/>
      <w:jc w:val="left"/>
    </w:pPr>
    <w:r>
      <w:rPr>
        <w:rFonts w:ascii="Inter" w:hAnsi="Inter"/>
        <w:b w:val="0"/>
        <w:i w:val="0"/>
        <w:color w:val="666970"/>
        <w:sz w:val="13"/>
        <w:lang w:val="de-AT"/>
      </w:rPr>
      <w:t>MUSTER · Beispieldaten ersetzen · Kleinunternehmerbefreiung · Österreich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Inter" w:hAnsi="Inter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'1.0' encoding='UTF-8'?>
<Relationships xmlns="http://schemas.openxmlformats.org/package/2006/relationships"><Relationship Id="font1" Type="http://schemas.openxmlformats.org/officeDocument/2006/relationships/font" Target="fonts/Inter-Regular.odttf"/><Relationship Id="font2" Type="http://schemas.openxmlformats.org/officeDocument/2006/relationships/font" Target="fonts/Inter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&amp; Pauschale – Rechnungsvorlage Österreich</dc:title>
  <dc:subject>Kleinunternehmerbefreiung § 6 Abs. 1 Z 27 UStG 1994</dc:subject>
  <dc:creator>Contaro</dc:creator>
  <cp:keywords>Contaro; modern_clean; projekt-kleinunternehmer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