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center"/>
      </w:pPr>
      <w:r>
        <w:rPr>
          <w:rFonts w:ascii="Georgia" w:hAnsi="Georgia" w:eastAsia="Georgia"/>
          <w:b/>
          <w:i w:val="0"/>
          <w:color w:val="8B7253"/>
          <w:sz w:val="17"/>
        </w:rPr>
        <w:t>[UNTERNEHMENSNAME]</w:t>
      </w:r>
    </w:p>
    <w:p>
      <w:pPr>
        <w:keepNext w:val="0"/>
        <w:spacing w:before="0" w:after="80" w:line="240" w:lineRule="auto"/>
        <w:jc w:val="center"/>
        <w:pBdr>
          <w:bottom w:val="single" w:sz="10" w:space="7" w:color="8B7253"/>
        </w:pBdr>
      </w:pPr>
      <w:r>
        <w:rPr>
          <w:rFonts w:ascii="Georgia" w:hAnsi="Georgia" w:eastAsia="Georgia"/>
          <w:b w:val="0"/>
          <w:i w:val="0"/>
          <w:color w:val="202326"/>
          <w:sz w:val="60"/>
        </w:rPr>
        <w:t>RECHNUNG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433"/>
        <w:gridCol w:w="3434"/>
        <w:gridCol w:w="3433"/>
      </w:tblGrid>
      <w:tr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RECHNUNGSNUMMER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RE-2026-001</w:t>
            </w:r>
          </w:p>
        </w:tc>
        <w:tc>
          <w:tcPr>
            <w:tcW w:type="dxa" w:w="343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RECHNUNGSDATUM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26.07.2026</w:t>
            </w:r>
          </w:p>
        </w:tc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FÄLLIG AM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09.08.2026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7253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8B7253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7F1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253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8B7253"/>
                <w:sz w:val="12"/>
              </w:rPr>
              <w:t>BESCHREIBUNG</w:t>
            </w:r>
          </w:p>
        </w:tc>
        <w:tc>
          <w:tcPr>
            <w:tcW w:type="dxa" w:w="1050"/>
            <w:shd w:fill="F7F1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2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253"/>
                <w:sz w:val="12"/>
              </w:rPr>
              <w:t>MENGE</w:t>
            </w:r>
          </w:p>
        </w:tc>
        <w:tc>
          <w:tcPr>
            <w:tcW w:type="dxa" w:w="1600"/>
            <w:shd w:fill="F7F1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2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253"/>
                <w:sz w:val="12"/>
              </w:rPr>
              <w:t>EINZELPREIS</w:t>
            </w:r>
          </w:p>
        </w:tc>
        <w:tc>
          <w:tcPr>
            <w:tcW w:type="dxa" w:w="1050"/>
            <w:shd w:fill="F7F1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2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253"/>
                <w:sz w:val="12"/>
              </w:rPr>
              <w:t>UST</w:t>
            </w:r>
          </w:p>
        </w:tc>
        <w:tc>
          <w:tcPr>
            <w:tcW w:type="dxa" w:w="2000"/>
            <w:shd w:fill="F7F1E7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725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7253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7253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8B7253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8B7253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7F1E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8B7253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7253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8B725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Palais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