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100"/>
        <w:gridCol w:w="7200"/>
      </w:tblGrid>
      <w:tr>
        <w:tc>
          <w:tcPr>
            <w:tcW w:type="dxa" w:w="3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1F4D5C"/>
            <w:tcMar>
              <w:top w:w="180" w:type="dxa"/>
              <w:start w:w="190" w:type="dxa"/>
              <w:bottom w:w="180" w:type="dxa"/>
              <w:end w:w="19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FFFFFF"/>
                <w:sz w:val="20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FFFFFF"/>
                <w:sz w:val="15"/>
              </w:rPr>
              <w:t>[Straße 1]</w:t>
            </w:r>
          </w:p>
          <w:p>
            <w:r>
              <w:rPr>
                <w:rFonts w:ascii="Arial" w:hAnsi="Arial" w:eastAsia="Arial"/>
                <w:b w:val="0"/>
                <w:i w:val="0"/>
                <w:color w:val="FFFFFF"/>
                <w:sz w:val="15"/>
              </w:rPr>
              <w:t>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FFFFFF"/>
                <w:sz w:val="15"/>
              </w:rPr>
              <w:t>UID [ATU12345678]</w:t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00" w:type="dxa"/>
              <w:start w:w="360" w:type="dxa"/>
              <w:bottom w:w="90" w:type="dxa"/>
              <w:end w:w="3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8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1F4D5C"/>
                <w:sz w:val="18"/>
              </w:rPr>
              <w:t>RE-2026-001  ·  26.07.2026</w:t>
            </w:r>
          </w:p>
          <w:p>
            <w:pPr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6"/>
              </w:rPr>
              <w:t>Leistungszeitraum: Juli 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1F4D5C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1F4D5C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9F0F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F4D5C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1F4D5C"/>
                <w:sz w:val="12"/>
              </w:rPr>
              <w:t>BESCHREIBUNG</w:t>
            </w:r>
          </w:p>
        </w:tc>
        <w:tc>
          <w:tcPr>
            <w:tcW w:type="dxa" w:w="1050"/>
            <w:shd w:fill="E9F0F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F4D5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1F4D5C"/>
                <w:sz w:val="12"/>
              </w:rPr>
              <w:t>MENGE</w:t>
            </w:r>
          </w:p>
        </w:tc>
        <w:tc>
          <w:tcPr>
            <w:tcW w:type="dxa" w:w="1600"/>
            <w:shd w:fill="E9F0F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F4D5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1F4D5C"/>
                <w:sz w:val="12"/>
              </w:rPr>
              <w:t>EINZELPREIS</w:t>
            </w:r>
          </w:p>
        </w:tc>
        <w:tc>
          <w:tcPr>
            <w:tcW w:type="dxa" w:w="1050"/>
            <w:shd w:fill="E9F0F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F4D5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1F4D5C"/>
                <w:sz w:val="12"/>
              </w:rPr>
              <w:t>UST</w:t>
            </w:r>
          </w:p>
        </w:tc>
        <w:tc>
          <w:tcPr>
            <w:tcW w:type="dxa" w:w="2000"/>
            <w:shd w:fill="E9F0F2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F4D5C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1F4D5C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1F4D5C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1F4D5C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1F4D5C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9F0F2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1F4D5C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1F4D5C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F4D5C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Modernist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