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68C78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68C78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68C78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268C78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268C78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68C78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268C78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68C7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268C78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68C7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268C78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68C7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268C78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68C7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68C78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68C78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68C78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5F6F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68C78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68C78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268C7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Mint Panel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