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B49355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B49355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B49355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B49355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B4935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4935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B4935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493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B4935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493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B4935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493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B4935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493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B49355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B49355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B49355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1519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B4935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B49355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B4935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Midnight Gold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