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65A7A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365A7A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365A7A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65A7A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365A7A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DF2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A7A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365A7A"/>
                <w:sz w:val="12"/>
              </w:rPr>
              <w:t>BESCHREIBUNG</w:t>
            </w:r>
          </w:p>
        </w:tc>
        <w:tc>
          <w:tcPr>
            <w:tcW w:type="dxa" w:w="1050"/>
            <w:shd w:fill="EDF2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A7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65A7A"/>
                <w:sz w:val="12"/>
              </w:rPr>
              <w:t>MENGE</w:t>
            </w:r>
          </w:p>
        </w:tc>
        <w:tc>
          <w:tcPr>
            <w:tcW w:type="dxa" w:w="1600"/>
            <w:shd w:fill="EDF2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A7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65A7A"/>
                <w:sz w:val="12"/>
              </w:rPr>
              <w:t>EINZELPREIS</w:t>
            </w:r>
          </w:p>
        </w:tc>
        <w:tc>
          <w:tcPr>
            <w:tcW w:type="dxa" w:w="1050"/>
            <w:shd w:fill="EDF2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A7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65A7A"/>
                <w:sz w:val="12"/>
              </w:rPr>
              <w:t>UST</w:t>
            </w:r>
          </w:p>
        </w:tc>
        <w:tc>
          <w:tcPr>
            <w:tcW w:type="dxa" w:w="2000"/>
            <w:shd w:fill="EDF2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A7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65A7A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65A7A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65A7A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65A7A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DF2F6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65A7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65A7A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365A7A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Linzer Linie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