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200" w:line="269" w:lineRule="auto"/>
        <w:jc w:val="left"/>
      </w:pPr>
      <w:r>
        <w:rPr>
          <w:rFonts w:ascii="Inter" w:hAnsi="Inter"/>
          <w:b/>
          <w:i w:val="0"/>
          <w:color w:val="71717A"/>
          <w:sz w:val="22"/>
          <w:lang w:val="de-AT"/>
        </w:rPr>
        <w:t>[Dein Logo]</w:t>
      </w:r>
    </w:p>
    <w:p>
      <w:pPr>
        <w:widowControl/>
        <w:spacing w:before="0" w:after="80" w:line="269" w:lineRule="auto"/>
        <w:jc w:val="left"/>
      </w:pPr>
      <w:r>
        <w:rPr>
          <w:rFonts w:ascii="Inter" w:hAnsi="Inter"/>
          <w:b w:val="0"/>
          <w:i w:val="0"/>
          <w:color w:val="26282D"/>
          <w:sz w:val="46"/>
          <w:lang w:val="de-AT"/>
        </w:rPr>
        <w:t>Rechnung</w:t>
      </w:r>
    </w:p>
    <w:p>
      <w:pPr>
        <w:widowControl/>
        <w:spacing w:before="0" w:after="320" w:line="269" w:lineRule="auto"/>
        <w:jc w:val="left"/>
      </w:pPr>
      <w:r>
        <w:rPr>
          <w:rFonts w:ascii="Inter" w:hAnsi="Inter"/>
          <w:b w:val="0"/>
          <w:i w:val="0"/>
          <w:color w:val="26282D"/>
          <w:sz w:val="17"/>
          <w:lang w:val="de-AT"/>
        </w:rPr>
        <w:t>[Name / Firma] · [Straße und Hausnummer] · [PLZ und Ort, Österreich]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087"/>
        <w:gridCol w:w="2891"/>
      </w:tblGrid>
      <w:tr>
        <w:trPr>
          <w:cantSplit/>
        </w:trPr>
        <w:tc>
          <w:tcPr>
            <w:tcW w:type="dxa" w:w="708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Rechnungsnummer: [RE-2026-001]</w:t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Rechnungsdatum: [30.09.2026]</w:t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Leistungszeitraum: [01.–30.09.2026]</w:t>
            </w:r>
          </w:p>
        </w:tc>
        <w:tc>
          <w:tcPr>
            <w:tcW w:type="dxa" w:w="2891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6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Zahlbar bis</w:t>
              <w:br/>
              <w:t>[14.10.2026]</w:t>
            </w:r>
          </w:p>
        </w:tc>
      </w:tr>
    </w:tbl>
    <w:p>
      <w:pPr>
        <w:widowControl/>
        <w:spacing w:before="0" w:after="0" w:line="24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120" w:line="269" w:lineRule="auto"/>
        <w:jc w:val="left"/>
      </w:pPr>
      <w:r>
        <w:rPr>
          <w:rFonts w:ascii="Inter" w:hAnsi="Inter"/>
          <w:b w:val="0"/>
          <w:i w:val="0"/>
          <w:color w:val="666970"/>
          <w:sz w:val="15"/>
          <w:lang w:val="de-AT"/>
        </w:rPr>
        <w:t>RECHNUNGSEMPFÄNGER</w:t>
      </w:r>
    </w:p>
    <w:p>
      <w:pPr>
        <w:widowControl/>
        <w:spacing w:before="0" w:after="80" w:line="269" w:lineRule="auto"/>
        <w:jc w:val="left"/>
      </w:pPr>
      <w:r>
        <w:rPr>
          <w:rFonts w:ascii="Inter" w:hAnsi="Inter"/>
          <w:b/>
          <w:i w:val="0"/>
          <w:color w:val="26282D"/>
          <w:sz w:val="20"/>
          <w:lang w:val="de-AT"/>
        </w:rPr>
        <w:t>[Name / Firma des Kunden]</w:t>
      </w:r>
    </w:p>
    <w:p>
      <w:pPr>
        <w:widowControl/>
        <w:spacing w:before="0" w:after="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[Straße und Hausnummer]</w:t>
      </w:r>
    </w:p>
    <w:p>
      <w:pPr>
        <w:widowControl/>
        <w:spacing w:before="0" w:after="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[PLZ und Ort, Österreich]</w:t>
      </w:r>
    </w:p>
    <w:p>
      <w:pPr>
        <w:widowControl/>
        <w:spacing w:before="0" w:after="0" w:line="3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/>
          <w:i w:val="0"/>
          <w:color w:val="26282D"/>
          <w:sz w:val="18"/>
          <w:lang w:val="de-AT"/>
        </w:rPr>
        <w:t>Auftrag / Projekt: [Referenz und vereinbarter Umfang]</w:t>
      </w:r>
    </w:p>
    <w:p>
      <w:pPr>
        <w:widowControl/>
        <w:spacing w:before="0" w:after="2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Vielen Dank für die Zusammenarbeit. Ich verrechne die folgenden Leistungen: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1531"/>
        <w:gridCol w:w="1757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shd w:fill="F6F6F7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Beschreibung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shd w:fill="F6F6F7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Menge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6F6F7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Einzelpreis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6F6F7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Betrag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Vorbereitung der vereinbarten Leistung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150,00 €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150,00 €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Durchführung laut Auftrag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450,00 €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450,00 €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Dokumentation und Übergabe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 Pauschale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100,00 €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100,00 €</w:t>
            </w:r>
          </w:p>
        </w:tc>
      </w:tr>
    </w:tbl>
    <w:p>
      <w:pPr>
        <w:widowControl/>
        <w:spacing w:before="0" w:after="0" w:line="1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3288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3288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top w:val="single" w:sz="5" w:color="71717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Gesamtbetrag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top w:val="single" w:sz="5" w:color="71717A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700,00 €</w:t>
            </w:r>
          </w:p>
        </w:tc>
      </w:tr>
    </w:tbl>
    <w:p>
      <w:pPr>
        <w:widowControl/>
        <w:spacing w:before="0" w:after="0" w:line="2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Umsatzsteuerfrei aufgrund der Kleinunternehmerregelung gemäß § 6 Abs. 1 Z 27 UStG 1994.</w:t>
      </w:r>
    </w:p>
    <w:p>
      <w:pPr>
        <w:widowControl/>
        <w:spacing w:before="0" w:after="18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Bitte bis [14.10.2026] mit der Rechnungsnummer als Zahlungsreferenz überweisen.</w:t>
      </w:r>
    </w:p>
    <w:p>
      <w:pPr>
        <w:widowControl/>
        <w:spacing w:before="0" w:after="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Mit freundlichen Grüßen</w:t>
        <w:br/>
        <w:t>[Name / Firma]</w:t>
      </w:r>
    </w:p>
    <w:sectPr w:rsidR="00FC693F" w:rsidRPr="0006063C" w:rsidSect="00034616">
      <w:footerReference w:type="default" r:id="rId9"/>
      <w:pgSz w:w="11906" w:h="16838"/>
      <w:pgMar w:top="907" w:right="964" w:bottom="1757" w:left="964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embedRegular r:id="font1" w:fontKey="{5E180AD8-A85D-52A4-993B-6895DE25D46C}"/>
    <w:embedBold r:id="font2" w:fontKey="{138183BA-806F-5350-9646-1556EB7F3B4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widowControl/>
      <w:spacing w:before="0" w:after="120" w:line="20" w:lineRule="exact"/>
      <w:jc w:val="left"/>
      <w:pBdr>
        <w:bottom w:val="single" w:sz="3" w:color="E4E5E8" w:space="3"/>
      </w:pBdr>
    </w:pPr>
    <w:r>
      <w:rPr>
        <w:rFonts w:ascii="Inter" w:hAnsi="Inter"/>
        <w:b w:val="0"/>
        <w:i w:val="0"/>
        <w:color w:val="26282D"/>
        <w:sz w:val="2"/>
        <w:lang w:val="de-AT"/>
      </w:rPr>
    </w: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45"/>
      <w:gridCol w:w="3288"/>
      <w:gridCol w:w="3345"/>
    </w:tblGrid>
    <w:tr>
      <w:trPr>
        <w:cantSplit/>
      </w:trPr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[Name / Firma]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[Straße und Hausnummer]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[PLZ und Ort, Österreich]</w:t>
          </w:r>
        </w:p>
      </w:tc>
      <w:tc>
        <w:tcPr>
          <w:tcW w:type="dxa" w:w="3288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[E-Mail]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[Telefon]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[Website]</w:t>
          </w:r>
        </w:p>
      </w:tc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[Bankname]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IBAN: [AT…]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Kontoinhaber: [Name / Firma]</w:t>
          </w:r>
        </w:p>
      </w:tc>
    </w:tr>
  </w:tbl>
  <w:p>
    <w:pPr>
      <w:widowControl/>
      <w:spacing w:before="0" w:after="0" w:line="269" w:lineRule="auto"/>
      <w:jc w:val="left"/>
    </w:pPr>
    <w:r>
      <w:rPr>
        <w:rFonts w:ascii="Inter" w:hAnsi="Inter"/>
        <w:b w:val="0"/>
        <w:i w:val="0"/>
        <w:color w:val="666970"/>
        <w:sz w:val="13"/>
        <w:lang w:val="de-AT"/>
      </w:rPr>
      <w:t>MUSTER · Beispieldaten ersetzen · Kleinunternehmerbefreiung · Österreich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?>
<Relationships xmlns="http://schemas.openxmlformats.org/package/2006/relationships"><Relationship Id="font1" Type="http://schemas.openxmlformats.org/officeDocument/2006/relationships/font" Target="fonts/Inter-Regular.odttf"/><Relationship Id="font2" Type="http://schemas.openxmlformats.org/officeDocument/2006/relationships/font" Target="fonts/Inter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Kleinunternehmer Start – Rechnungsvorlage Österreich</dc:title>
  <dc:subject>Kleinunternehmerbefreiung § 6 Abs. 1 Z 27 UStG 1994</dc:subject>
  <dc:creator>Contaro</dc:creator>
  <cp:keywords>Contaro; standard; kleinunternehmer-start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