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Georgia" w:hAnsi="Georgia" w:eastAsia="Georgia"/>
          <w:b/>
          <w:i w:val="0"/>
          <w:color w:val="704D3C"/>
          <w:sz w:val="17"/>
        </w:rPr>
        <w:t>[UNTERNEHMENSNAME]</w:t>
      </w:r>
    </w:p>
    <w:p>
      <w:pPr>
        <w:keepNext w:val="0"/>
        <w:spacing w:before="0" w:after="80" w:line="240" w:lineRule="auto"/>
        <w:jc w:val="center"/>
        <w:pBdr>
          <w:bottom w:val="single" w:sz="10" w:space="7" w:color="704D3C"/>
        </w:pBdr>
      </w:pPr>
      <w:r>
        <w:rPr>
          <w:rFonts w:ascii="Georgia" w:hAnsi="Georgia" w:eastAsia="Georgia"/>
          <w:b w:val="0"/>
          <w:i w:val="0"/>
          <w:color w:val="202326"/>
          <w:sz w:val="60"/>
        </w:rPr>
        <w:t>RECHNUNG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433"/>
        <w:gridCol w:w="3434"/>
        <w:gridCol w:w="3433"/>
      </w:tblGrid>
      <w:tr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RECHNUNGSNUMMER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RE-2026-001</w:t>
            </w:r>
          </w:p>
        </w:tc>
        <w:tc>
          <w:tcPr>
            <w:tcW w:type="dxa" w:w="343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RECHNUNGSDATUM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26.07.2026</w:t>
            </w:r>
          </w:p>
        </w:tc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FÄLLIG AM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09.08.2026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04D3C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704D3C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6EF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04D3C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704D3C"/>
                <w:sz w:val="12"/>
              </w:rPr>
              <w:t>BESCHREIBUNG</w:t>
            </w:r>
          </w:p>
        </w:tc>
        <w:tc>
          <w:tcPr>
            <w:tcW w:type="dxa" w:w="1050"/>
            <w:shd w:fill="F6EF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04D3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04D3C"/>
                <w:sz w:val="12"/>
              </w:rPr>
              <w:t>MENGE</w:t>
            </w:r>
          </w:p>
        </w:tc>
        <w:tc>
          <w:tcPr>
            <w:tcW w:type="dxa" w:w="1600"/>
            <w:shd w:fill="F6EF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04D3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04D3C"/>
                <w:sz w:val="12"/>
              </w:rPr>
              <w:t>EINZELPREIS</w:t>
            </w:r>
          </w:p>
        </w:tc>
        <w:tc>
          <w:tcPr>
            <w:tcW w:type="dxa" w:w="1050"/>
            <w:shd w:fill="F6EF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04D3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04D3C"/>
                <w:sz w:val="12"/>
              </w:rPr>
              <w:t>UST</w:t>
            </w:r>
          </w:p>
        </w:tc>
        <w:tc>
          <w:tcPr>
            <w:tcW w:type="dxa" w:w="2000"/>
            <w:shd w:fill="F6EF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04D3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04D3C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04D3C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04D3C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04D3C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6EFE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704D3C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04D3C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704D3C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Journal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