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140" w:line="269" w:lineRule="auto"/>
        <w:jc w:val="center"/>
      </w:pPr>
      <w:r>
        <w:rPr>
          <w:rFonts w:ascii="Inter" w:hAnsi="Inter"/>
          <w:b/>
          <w:i w:val="0"/>
          <w:color w:val="71717A"/>
          <w:sz w:val="20"/>
          <w:lang w:val="de-AT"/>
        </w:rPr>
        <w:t>[Dein Logo]</w:t>
      </w:r>
    </w:p>
    <w:p>
      <w:pPr>
        <w:widowControl/>
        <w:spacing w:before="0" w:after="80" w:line="269" w:lineRule="auto"/>
        <w:jc w:val="center"/>
      </w:pPr>
      <w:r>
        <w:rPr>
          <w:rFonts w:ascii="Noto Serif" w:hAnsi="Noto Serif"/>
          <w:b/>
          <w:i w:val="0"/>
          <w:color w:val="26282D"/>
          <w:sz w:val="24"/>
          <w:lang w:val="de-AT"/>
        </w:rPr>
        <w:t>[Name / Firma]</w:t>
      </w:r>
    </w:p>
    <w:p>
      <w:pPr>
        <w:widowControl/>
        <w:spacing w:before="0" w:after="40" w:line="269" w:lineRule="auto"/>
        <w:jc w:val="center"/>
      </w:pPr>
      <w:r>
        <w:rPr>
          <w:rFonts w:ascii="Inter" w:hAnsi="Inter"/>
          <w:b w:val="0"/>
          <w:i w:val="0"/>
          <w:color w:val="666970"/>
          <w:sz w:val="17"/>
          <w:lang w:val="de-AT"/>
        </w:rPr>
        <w:t>[Straße und Hausnummer]</w:t>
      </w:r>
    </w:p>
    <w:p>
      <w:pPr>
        <w:widowControl/>
        <w:spacing w:before="0" w:after="0" w:line="269" w:lineRule="auto"/>
        <w:jc w:val="center"/>
      </w:pPr>
      <w:r>
        <w:rPr>
          <w:rFonts w:ascii="Inter" w:hAnsi="Inter"/>
          <w:b w:val="0"/>
          <w:i w:val="0"/>
          <w:color w:val="666970"/>
          <w:sz w:val="17"/>
          <w:lang w:val="de-AT"/>
        </w:rPr>
        <w:t>[PLZ und Ort, Österreich]</w:t>
      </w:r>
    </w:p>
    <w:p>
      <w:pPr>
        <w:widowControl/>
        <w:spacing w:before="0" w:after="0" w:line="32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80" w:line="269" w:lineRule="auto"/>
        <w:jc w:val="center"/>
      </w:pPr>
      <w:r>
        <w:rPr>
          <w:rFonts w:ascii="Noto Serif" w:hAnsi="Noto Serif"/>
          <w:b w:val="0"/>
          <w:i w:val="0"/>
          <w:color w:val="26282D"/>
          <w:sz w:val="54"/>
          <w:lang w:val="de-AT"/>
        </w:rPr>
        <w:t>Honorarnote</w:t>
      </w:r>
    </w:p>
    <w:p>
      <w:pPr>
        <w:widowControl/>
        <w:spacing w:before="0" w:after="120" w:line="20" w:lineRule="exact"/>
        <w:jc w:val="left"/>
        <w:pBdr>
          <w:bottom w:val="single" w:sz="3" w:color="71717A" w:space="3"/>
        </w:pBdr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0" w:line="34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16"/>
        <w:gridCol w:w="4762"/>
      </w:tblGrid>
      <w:tr>
        <w:trPr>
          <w:cantSplit/>
        </w:trPr>
        <w:tc>
          <w:tcPr>
            <w:tcW w:type="dxa" w:w="521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5"/>
                <w:lang w:val="de-AT"/>
              </w:rPr>
              <w:t>RECHNUNGSEMPFÄNGER</w:t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Noto Serif" w:hAnsi="Noto Serif"/>
                <w:b/>
                <w:i w:val="0"/>
                <w:color w:val="26282D"/>
                <w:sz w:val="20"/>
                <w:lang w:val="de-AT"/>
              </w:rPr>
              <w:t>[Name / Firma des Kunden]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[Straße und Hausnummer]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[PLZ und Ort, Österreich]</w:t>
            </w:r>
          </w:p>
        </w:tc>
        <w:tc>
          <w:tcPr>
            <w:tcW w:type="dxa" w:w="476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81"/>
              <w:gridCol w:w="2381"/>
            </w:tblGrid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Rechnungsnummer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[RE-2026-001]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Rechnungsdatum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Leistungszeitraum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[01.–30.09.2026]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left"/>
                  </w:pPr>
                  <w:r>
                    <w:rPr>
                      <w:rFonts w:ascii="Inter" w:hAnsi="Inter"/>
                      <w:b w:val="0"/>
                      <w:i w:val="0"/>
                      <w:color w:val="666970"/>
                      <w:sz w:val="16"/>
                      <w:lang w:val="de-AT"/>
                    </w:rPr>
                    <w:t>Zahlbar bis</w:t>
                  </w:r>
                </w:p>
              </w:tc>
              <w:tc>
                <w:tcPr>
                  <w:tcW w:type="dxa" w:w="2381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</w:tcPr>
                <w:p>
                  <w:pPr>
                    <w:spacing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widowControl/>
                    <w:spacing w:before="0" w:after="20" w:line="269" w:lineRule="auto"/>
                    <w:jc w:val="right"/>
                  </w:pPr>
                  <w:r>
                    <w:rPr>
                      <w:rFonts w:ascii="Inter" w:hAnsi="Inter"/>
                      <w:b w:val="0"/>
                      <w:i w:val="0"/>
                      <w:color w:val="26282D"/>
                      <w:sz w:val="16"/>
                      <w:lang w:val="de-AT"/>
                    </w:rPr>
                    <w:t>[14.10.2026]</w:t>
                  </w:r>
                </w:p>
              </w:tc>
            </w:tr>
          </w:tbl>
          <w:p/>
        </w:tc>
      </w:tr>
    </w:tbl>
    <w:p>
      <w:pPr>
        <w:widowControl/>
        <w:spacing w:before="0" w:after="0" w:line="3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Noto Serif" w:hAnsi="Noto Serif"/>
          <w:b/>
          <w:i w:val="0"/>
          <w:color w:val="26282D"/>
          <w:sz w:val="18"/>
          <w:lang w:val="de-AT"/>
        </w:rPr>
        <w:t>Auftrag / Projekt: [Referenz und vereinbarter Umfang]</w:t>
      </w:r>
    </w:p>
    <w:p>
      <w:pPr>
        <w:widowControl/>
        <w:spacing w:before="0" w:after="240" w:line="269" w:lineRule="auto"/>
        <w:jc w:val="left"/>
      </w:pPr>
      <w:r>
        <w:rPr>
          <w:rFonts w:ascii="Noto Serif" w:hAnsi="Noto Serif"/>
          <w:b w:val="0"/>
          <w:i w:val="0"/>
          <w:color w:val="26282D"/>
          <w:sz w:val="18"/>
          <w:lang w:val="de-AT"/>
        </w:rPr>
        <w:t>Vielen Dank für die Zusammenarbeit. Ich verrechne die folgenden Leistungen: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1531"/>
        <w:gridCol w:w="1757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4" w:color="71717A"/>
              <w:bottom w:val="single" w:sz="4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left"/>
            </w:pPr>
            <w:r>
              <w:rPr>
                <w:rFonts w:ascii="Noto Serif" w:hAnsi="Noto Serif"/>
                <w:b/>
                <w:i w:val="0"/>
                <w:color w:val="26282D"/>
                <w:sz w:val="16"/>
                <w:lang w:val="de-AT"/>
              </w:rPr>
              <w:t>Beschreibung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4" w:color="71717A"/>
              <w:bottom w:val="single" w:sz="4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Noto Serif" w:hAnsi="Noto Serif"/>
                <w:b/>
                <w:i w:val="0"/>
                <w:color w:val="26282D"/>
                <w:sz w:val="16"/>
                <w:lang w:val="de-AT"/>
              </w:rPr>
              <w:t>Menge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4" w:color="71717A"/>
              <w:bottom w:val="single" w:sz="4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Noto Serif" w:hAnsi="Noto Serif"/>
                <w:b/>
                <w:i w:val="0"/>
                <w:color w:val="26282D"/>
                <w:sz w:val="16"/>
                <w:lang w:val="de-AT"/>
              </w:rPr>
              <w:t>Einzelpreis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4" w:color="71717A"/>
              <w:bottom w:val="single" w:sz="4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Noto Serif" w:hAnsi="Noto Serif"/>
                <w:b/>
                <w:i w:val="0"/>
                <w:color w:val="26282D"/>
                <w:sz w:val="16"/>
                <w:lang w:val="de-AT"/>
              </w:rPr>
              <w:t>Betrag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Konzeption der Leistung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2 Std.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80,00 €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160,00 €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Durchführung der Leistung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5 Std.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80,00 €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400,00 €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Nachbereitung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1 Std.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80,00 €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Noto Serif" w:hAnsi="Noto Serif"/>
                <w:b w:val="0"/>
                <w:i w:val="0"/>
                <w:color w:val="26282D"/>
                <w:sz w:val="18"/>
                <w:lang w:val="de-AT"/>
              </w:rPr>
              <w:t>80,00 €</w:t>
            </w:r>
          </w:p>
        </w:tc>
      </w:tr>
    </w:tbl>
    <w:p>
      <w:pPr>
        <w:widowControl/>
        <w:spacing w:before="0" w:after="0" w:line="1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3288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3288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5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Noto Serif" w:hAnsi="Noto Serif"/>
                <w:b/>
                <w:i w:val="0"/>
                <w:color w:val="26282D"/>
                <w:sz w:val="20"/>
                <w:lang w:val="de-AT"/>
              </w:rPr>
              <w:t>Gesamtbetrag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5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Noto Serif" w:hAnsi="Noto Serif"/>
                <w:b/>
                <w:i w:val="0"/>
                <w:color w:val="26282D"/>
                <w:sz w:val="20"/>
                <w:lang w:val="de-AT"/>
              </w:rPr>
              <w:t>640,00 €</w:t>
            </w:r>
          </w:p>
        </w:tc>
      </w:tr>
    </w:tbl>
    <w:p>
      <w:pPr>
        <w:widowControl/>
        <w:spacing w:before="0" w:after="0" w:line="2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Noto Serif" w:hAnsi="Noto Serif"/>
          <w:b w:val="0"/>
          <w:i w:val="0"/>
          <w:color w:val="26282D"/>
          <w:sz w:val="18"/>
          <w:lang w:val="de-AT"/>
        </w:rPr>
        <w:t>Umsatzsteuerfrei aufgrund der Kleinunternehmerregelung gemäß § 6 Abs. 1 Z 27 UStG 1994.</w:t>
      </w:r>
    </w:p>
    <w:p>
      <w:pPr>
        <w:widowControl/>
        <w:spacing w:before="0" w:after="180" w:line="269" w:lineRule="auto"/>
        <w:jc w:val="left"/>
      </w:pPr>
      <w:r>
        <w:rPr>
          <w:rFonts w:ascii="Noto Serif" w:hAnsi="Noto Serif"/>
          <w:b w:val="0"/>
          <w:i w:val="0"/>
          <w:color w:val="26282D"/>
          <w:sz w:val="18"/>
          <w:lang w:val="de-AT"/>
        </w:rPr>
        <w:t>Bitte bis [14.10.2026] mit der Rechnungsnummer als Zahlungsreferenz überweisen.</w:t>
      </w:r>
    </w:p>
    <w:p>
      <w:pPr>
        <w:widowControl/>
        <w:spacing w:before="0" w:after="0" w:line="269" w:lineRule="auto"/>
        <w:jc w:val="left"/>
      </w:pPr>
      <w:r>
        <w:rPr>
          <w:rFonts w:ascii="Noto Serif" w:hAnsi="Noto Serif"/>
          <w:b w:val="0"/>
          <w:i w:val="0"/>
          <w:color w:val="26282D"/>
          <w:sz w:val="18"/>
          <w:lang w:val="de-AT"/>
        </w:rPr>
        <w:t>Mit freundlichen Grüßen</w:t>
        <w:br/>
        <w:t>[Name / Firma]</w:t>
      </w:r>
    </w:p>
    <w:sectPr w:rsidR="00FC693F" w:rsidRPr="0006063C" w:rsidSect="00034616">
      <w:footerReference w:type="default" r:id="rId9"/>
      <w:pgSz w:w="11906" w:h="16838"/>
      <w:pgMar w:top="907" w:right="964" w:bottom="1757" w:left="964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font1" w:fontKey="{5E180AD8-A85D-52A4-993B-6895DE25D46C}"/>
    <w:embedBold r:id="font2" w:fontKey="{138183BA-806F-5350-9646-1556EB7F3B48}"/>
  </w:font>
  <w:font w:name="Noto Serif">
    <w:embedRegular r:id="font3" w:fontKey="{94840FA9-8500-5719-8A87-227629AC3595}"/>
    <w:embedBold r:id="font4" w:fontKey="{BED8DE5F-14B1-55CC-B44C-6D92F9CC11B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widowControl/>
      <w:spacing w:before="0" w:after="120" w:line="20" w:lineRule="exact"/>
      <w:jc w:val="left"/>
      <w:pBdr>
        <w:bottom w:val="single" w:sz="3" w:color="E4E5E8" w:space="3"/>
      </w:pBdr>
    </w:pPr>
    <w:r>
      <w:rPr>
        <w:rFonts w:ascii="Inter" w:hAnsi="Inter"/>
        <w:b w:val="0"/>
        <w:i w:val="0"/>
        <w:color w:val="26282D"/>
        <w:sz w:val="2"/>
        <w:lang w:val="de-AT"/>
      </w:rPr>
    </w: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45"/>
      <w:gridCol w:w="3288"/>
      <w:gridCol w:w="3345"/>
    </w:tblGrid>
    <w:tr>
      <w:trPr>
        <w:cantSplit/>
      </w:trPr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[Name / Firma]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[Straße und Hausnummer]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[PLZ und Ort, Österreich]</w:t>
          </w:r>
        </w:p>
      </w:tc>
      <w:tc>
        <w:tcPr>
          <w:tcW w:type="dxa" w:w="3288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[E-Mail]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[Telefon]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[Website]</w:t>
          </w:r>
        </w:p>
      </w:tc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[Bankname]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IBAN: [AT…]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Kontoinhaber: [Name / Firma]</w:t>
          </w:r>
        </w:p>
      </w:tc>
    </w:tr>
  </w:tbl>
  <w:p>
    <w:pPr>
      <w:widowControl/>
      <w:spacing w:before="0" w:after="0" w:line="269" w:lineRule="auto"/>
      <w:jc w:val="left"/>
    </w:pPr>
    <w:r>
      <w:rPr>
        <w:rFonts w:ascii="Inter" w:hAnsi="Inter"/>
        <w:b w:val="0"/>
        <w:i w:val="0"/>
        <w:color w:val="666970"/>
        <w:sz w:val="13"/>
        <w:lang w:val="de-AT"/>
      </w:rPr>
      <w:t>MUSTER · Beispieldaten ersetzen · Kleinunternehmerbefreiung · Österreich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?>
<Relationships xmlns="http://schemas.openxmlformats.org/package/2006/relationships"><Relationship Id="font1" Type="http://schemas.openxmlformats.org/officeDocument/2006/relationships/font" Target="fonts/Inter-Regular.odttf"/><Relationship Id="font2" Type="http://schemas.openxmlformats.org/officeDocument/2006/relationships/font" Target="fonts/Inter-Bold.odttf"/><Relationship Id="font3" Type="http://schemas.openxmlformats.org/officeDocument/2006/relationships/font" Target="fonts/NotoSerif-Regular.odttf"/><Relationship Id="font4" Type="http://schemas.openxmlformats.org/officeDocument/2006/relationships/font" Target="fonts/NotoSerif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Honorarnote Klar – Rechnungsvorlage Österreich</dc:title>
  <dc:subject>Kleinunternehmerbefreiung § 6 Abs. 1 Z 27 UStG 1994</dc:subject>
  <dc:creator>Contaro</dc:creator>
  <cp:keywords>Contaro; elegant_serif; honorarnote-kleinunternehmer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