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465A65"/>
                <w:sz w:val="22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465A65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4" w:space="2" w:color="465A65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465A65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EFF2F3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465A65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FF2F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65A65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465A65"/>
                <w:sz w:val="12"/>
              </w:rPr>
              <w:t>BESCHREIBUNG</w:t>
            </w:r>
          </w:p>
        </w:tc>
        <w:tc>
          <w:tcPr>
            <w:tcW w:type="dxa" w:w="1050"/>
            <w:shd w:fill="EFF2F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65A6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465A65"/>
                <w:sz w:val="12"/>
              </w:rPr>
              <w:t>MENGE</w:t>
            </w:r>
          </w:p>
        </w:tc>
        <w:tc>
          <w:tcPr>
            <w:tcW w:type="dxa" w:w="1600"/>
            <w:shd w:fill="EFF2F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65A6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465A65"/>
                <w:sz w:val="12"/>
              </w:rPr>
              <w:t>EINZELPREIS</w:t>
            </w:r>
          </w:p>
        </w:tc>
        <w:tc>
          <w:tcPr>
            <w:tcW w:type="dxa" w:w="1050"/>
            <w:shd w:fill="EFF2F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65A6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465A65"/>
                <w:sz w:val="12"/>
              </w:rPr>
              <w:t>UST</w:t>
            </w:r>
          </w:p>
        </w:tc>
        <w:tc>
          <w:tcPr>
            <w:tcW w:type="dxa" w:w="2000"/>
            <w:shd w:fill="EFF2F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65A6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465A65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465A65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465A65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465A65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FF2F3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465A65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465A65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465A65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Graz Grid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