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40" w:line="240" w:lineRule="auto"/>
        <w:jc w:val="center"/>
      </w:pPr>
      <w:r>
        <w:rPr>
          <w:rFonts w:ascii="Georgia" w:hAnsi="Georgia" w:eastAsia="Georgia"/>
          <w:b/>
          <w:i w:val="0"/>
          <w:color w:val="2F2F31"/>
          <w:sz w:val="17"/>
        </w:rPr>
        <w:t>[UNTERNEHMENSNAME]</w:t>
      </w:r>
    </w:p>
    <w:p>
      <w:pPr>
        <w:keepNext w:val="0"/>
        <w:spacing w:before="0" w:after="80" w:line="240" w:lineRule="auto"/>
        <w:jc w:val="center"/>
        <w:pBdr>
          <w:bottom w:val="single" w:sz="10" w:space="7" w:color="2F2F31"/>
        </w:pBdr>
      </w:pPr>
      <w:r>
        <w:rPr>
          <w:rFonts w:ascii="Georgia" w:hAnsi="Georgia" w:eastAsia="Georgia"/>
          <w:b w:val="0"/>
          <w:i w:val="0"/>
          <w:color w:val="202326"/>
          <w:sz w:val="60"/>
        </w:rPr>
        <w:t>RECHNUNG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3433"/>
        <w:gridCol w:w="3434"/>
        <w:gridCol w:w="3433"/>
      </w:tblGrid>
      <w:tr>
        <w:tc>
          <w:tcPr>
            <w:tcW w:type="dxa" w:w="343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9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Georgia" w:hAnsi="Georgia" w:eastAsia="Georgia"/>
                <w:b/>
                <w:i w:val="0"/>
                <w:color w:val="687076"/>
                <w:sz w:val="13"/>
              </w:rPr>
              <w:t>RECHNUNGSNUMMER</w:t>
            </w:r>
          </w:p>
          <w:p>
            <w:pPr>
              <w:jc w:val="center"/>
            </w:pPr>
            <w:r>
              <w:rPr>
                <w:rFonts w:ascii="Georgia" w:hAnsi="Georgia" w:eastAsia="Georgia"/>
                <w:b w:val="0"/>
                <w:i w:val="0"/>
                <w:color w:val="202326"/>
                <w:sz w:val="18"/>
              </w:rPr>
              <w:t>RE-2026-001</w:t>
            </w:r>
          </w:p>
        </w:tc>
        <w:tc>
          <w:tcPr>
            <w:tcW w:type="dxa" w:w="343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9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Georgia" w:hAnsi="Georgia" w:eastAsia="Georgia"/>
                <w:b/>
                <w:i w:val="0"/>
                <w:color w:val="687076"/>
                <w:sz w:val="13"/>
              </w:rPr>
              <w:t>RECHNUNGSDATUM</w:t>
            </w:r>
          </w:p>
          <w:p>
            <w:pPr>
              <w:jc w:val="center"/>
            </w:pPr>
            <w:r>
              <w:rPr>
                <w:rFonts w:ascii="Georgia" w:hAnsi="Georgia" w:eastAsia="Georgia"/>
                <w:b w:val="0"/>
                <w:i w:val="0"/>
                <w:color w:val="202326"/>
                <w:sz w:val="18"/>
              </w:rPr>
              <w:t>26.07.2026</w:t>
            </w:r>
          </w:p>
        </w:tc>
        <w:tc>
          <w:tcPr>
            <w:tcW w:type="dxa" w:w="343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9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Georgia" w:hAnsi="Georgia" w:eastAsia="Georgia"/>
                <w:b/>
                <w:i w:val="0"/>
                <w:color w:val="687076"/>
                <w:sz w:val="13"/>
              </w:rPr>
              <w:t>FÄLLIG AM</w:t>
            </w:r>
          </w:p>
          <w:p>
            <w:pPr>
              <w:jc w:val="center"/>
            </w:pPr>
            <w:r>
              <w:rPr>
                <w:rFonts w:ascii="Georgia" w:hAnsi="Georgia" w:eastAsia="Georgia"/>
                <w:b w:val="0"/>
                <w:i w:val="0"/>
                <w:color w:val="202326"/>
                <w:sz w:val="18"/>
              </w:rPr>
              <w:t>09.08.2026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F2F31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2F2F31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0F0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F2F31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2F2F31"/>
                <w:sz w:val="12"/>
              </w:rPr>
              <w:t>BESCHREIBUNG</w:t>
            </w:r>
          </w:p>
        </w:tc>
        <w:tc>
          <w:tcPr>
            <w:tcW w:type="dxa" w:w="1050"/>
            <w:shd w:fill="F0F0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F2F31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2F2F31"/>
                <w:sz w:val="12"/>
              </w:rPr>
              <w:t>MENGE</w:t>
            </w:r>
          </w:p>
        </w:tc>
        <w:tc>
          <w:tcPr>
            <w:tcW w:type="dxa" w:w="1600"/>
            <w:shd w:fill="F0F0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F2F31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2F2F31"/>
                <w:sz w:val="12"/>
              </w:rPr>
              <w:t>EINZELPREIS</w:t>
            </w:r>
          </w:p>
        </w:tc>
        <w:tc>
          <w:tcPr>
            <w:tcW w:type="dxa" w:w="1050"/>
            <w:shd w:fill="F0F0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F2F31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2F2F31"/>
                <w:sz w:val="12"/>
              </w:rPr>
              <w:t>UST</w:t>
            </w:r>
          </w:p>
        </w:tc>
        <w:tc>
          <w:tcPr>
            <w:tcW w:type="dxa" w:w="2000"/>
            <w:shd w:fill="F0F0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2F2F31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2F2F31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F2F31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2F2F31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2F2F31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0F0F0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2F2F31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F2F31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2F2F31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Fotostudio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