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single" w:sz="32" w:color="9C5D3D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  <w:shd w:fill="F5ECE7"/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9C5D3D"/>
                <w:sz w:val="22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9C5D3D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9C5D3D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9C5D3D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  <w:shd w:fill="F5ECE7"/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9C5D3D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5EC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9C5D3D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9C5D3D"/>
                <w:sz w:val="12"/>
              </w:rPr>
              <w:t>BESCHREIBUNG</w:t>
            </w:r>
          </w:p>
        </w:tc>
        <w:tc>
          <w:tcPr>
            <w:tcW w:type="dxa" w:w="1050"/>
            <w:shd w:fill="F5EC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9C5D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9C5D3D"/>
                <w:sz w:val="12"/>
              </w:rPr>
              <w:t>MENGE</w:t>
            </w:r>
          </w:p>
        </w:tc>
        <w:tc>
          <w:tcPr>
            <w:tcW w:type="dxa" w:w="1600"/>
            <w:shd w:fill="F5EC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9C5D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9C5D3D"/>
                <w:sz w:val="12"/>
              </w:rPr>
              <w:t>EINZELPREIS</w:t>
            </w:r>
          </w:p>
        </w:tc>
        <w:tc>
          <w:tcPr>
            <w:tcW w:type="dxa" w:w="1050"/>
            <w:shd w:fill="F5EC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9C5D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9C5D3D"/>
                <w:sz w:val="12"/>
              </w:rPr>
              <w:t>UST</w:t>
            </w:r>
          </w:p>
        </w:tc>
        <w:tc>
          <w:tcPr>
            <w:tcW w:type="dxa" w:w="2000"/>
            <w:shd w:fill="F5EC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9C5D3D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9C5D3D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9C5D3D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9C5D3D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9C5D3D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5ECE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9C5D3D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9C5D3D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9C5D3D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Copper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