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16869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216869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216869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16869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216869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8F1F1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16869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216869"/>
                <w:sz w:val="12"/>
              </w:rPr>
              <w:t>BESCHREIBUNG</w:t>
            </w:r>
          </w:p>
        </w:tc>
        <w:tc>
          <w:tcPr>
            <w:tcW w:type="dxa" w:w="1050"/>
            <w:shd w:fill="E8F1F1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16869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16869"/>
                <w:sz w:val="12"/>
              </w:rPr>
              <w:t>MENGE</w:t>
            </w:r>
          </w:p>
        </w:tc>
        <w:tc>
          <w:tcPr>
            <w:tcW w:type="dxa" w:w="1600"/>
            <w:shd w:fill="E8F1F1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16869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16869"/>
                <w:sz w:val="12"/>
              </w:rPr>
              <w:t>EINZELPREIS</w:t>
            </w:r>
          </w:p>
        </w:tc>
        <w:tc>
          <w:tcPr>
            <w:tcW w:type="dxa" w:w="1050"/>
            <w:shd w:fill="E8F1F1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16869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16869"/>
                <w:sz w:val="12"/>
              </w:rPr>
              <w:t>UST</w:t>
            </w:r>
          </w:p>
        </w:tc>
        <w:tc>
          <w:tcPr>
            <w:tcW w:type="dxa" w:w="2000"/>
            <w:shd w:fill="E8F1F1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16869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16869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16869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16869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16869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8F1F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216869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16869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216869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Consulting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