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55B6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2855B6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2855B6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55B6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EAF0FC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2855B6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AF0F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855B6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2855B6"/>
                <w:sz w:val="12"/>
              </w:rPr>
              <w:t>BESCHREIBUNG</w:t>
            </w:r>
          </w:p>
        </w:tc>
        <w:tc>
          <w:tcPr>
            <w:tcW w:type="dxa" w:w="1050"/>
            <w:shd w:fill="EAF0F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855B6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855B6"/>
                <w:sz w:val="12"/>
              </w:rPr>
              <w:t>MENGE</w:t>
            </w:r>
          </w:p>
        </w:tc>
        <w:tc>
          <w:tcPr>
            <w:tcW w:type="dxa" w:w="1600"/>
            <w:shd w:fill="EAF0F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855B6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855B6"/>
                <w:sz w:val="12"/>
              </w:rPr>
              <w:t>EINZELPREIS</w:t>
            </w:r>
          </w:p>
        </w:tc>
        <w:tc>
          <w:tcPr>
            <w:tcW w:type="dxa" w:w="1050"/>
            <w:shd w:fill="EAF0F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855B6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855B6"/>
                <w:sz w:val="12"/>
              </w:rPr>
              <w:t>UST</w:t>
            </w:r>
          </w:p>
        </w:tc>
        <w:tc>
          <w:tcPr>
            <w:tcW w:type="dxa" w:w="2000"/>
            <w:shd w:fill="EAF0F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855B6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855B6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55B6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855B6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855B6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AF0F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855B6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55B6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855B6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Cobalt Frame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