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E1E20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1E1E20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1E1E20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E1E20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1E1E20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EED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E1E20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1E1E20"/>
                <w:sz w:val="12"/>
              </w:rPr>
              <w:t>BESCHREIBUNG</w:t>
            </w:r>
          </w:p>
        </w:tc>
        <w:tc>
          <w:tcPr>
            <w:tcW w:type="dxa" w:w="1050"/>
            <w:shd w:fill="EEED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E1E2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E1E20"/>
                <w:sz w:val="12"/>
              </w:rPr>
              <w:t>MENGE</w:t>
            </w:r>
          </w:p>
        </w:tc>
        <w:tc>
          <w:tcPr>
            <w:tcW w:type="dxa" w:w="1600"/>
            <w:shd w:fill="EEED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E1E2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E1E20"/>
                <w:sz w:val="12"/>
              </w:rPr>
              <w:t>EINZELPREIS</w:t>
            </w:r>
          </w:p>
        </w:tc>
        <w:tc>
          <w:tcPr>
            <w:tcW w:type="dxa" w:w="1050"/>
            <w:shd w:fill="EEED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E1E2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E1E20"/>
                <w:sz w:val="12"/>
              </w:rPr>
              <w:t>UST</w:t>
            </w:r>
          </w:p>
        </w:tc>
        <w:tc>
          <w:tcPr>
            <w:tcW w:type="dxa" w:w="2000"/>
            <w:shd w:fill="EEED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E1E20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E1E20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E1E20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E1E20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E1E20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EED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1E1E20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E1E20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1E20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Black Label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