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3100"/>
        <w:gridCol w:w="7200"/>
      </w:tblGrid>
      <w:tr>
        <w:tc>
          <w:tcPr>
            <w:tcW w:type="dxa" w:w="3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343A40"/>
            <w:tcMar>
              <w:top w:w="180" w:type="dxa"/>
              <w:start w:w="190" w:type="dxa"/>
              <w:bottom w:w="180" w:type="dxa"/>
              <w:end w:w="19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FFFFFF"/>
                <w:sz w:val="20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FFFFFF"/>
                <w:sz w:val="15"/>
              </w:rPr>
              <w:t>[Straße 1]</w:t>
            </w:r>
          </w:p>
          <w:p>
            <w:r>
              <w:rPr>
                <w:rFonts w:ascii="Arial" w:hAnsi="Arial" w:eastAsia="Arial"/>
                <w:b w:val="0"/>
                <w:i w:val="0"/>
                <w:color w:val="FFFFFF"/>
                <w:sz w:val="15"/>
              </w:rPr>
              <w:t>[1010 Wien]</w:t>
            </w:r>
          </w:p>
          <w:p>
            <w:r>
              <w:rPr>
                <w:rFonts w:ascii="Arial" w:hAnsi="Arial" w:eastAsia="Arial"/>
                <w:b w:val="0"/>
                <w:i w:val="0"/>
                <w:color w:val="FFFFFF"/>
                <w:sz w:val="15"/>
              </w:rPr>
              <w:t>UID [ATU12345678]</w:t>
            </w:r>
          </w:p>
        </w:tc>
        <w:tc>
          <w:tcPr>
            <w:tcW w:type="dxa" w:w="7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00" w:type="dxa"/>
              <w:start w:w="360" w:type="dxa"/>
              <w:bottom w:w="90" w:type="dxa"/>
              <w:end w:w="3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02326"/>
                <w:sz w:val="58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343A40"/>
                <w:sz w:val="18"/>
              </w:rPr>
              <w:t>RE-2026-001  ·  26.07.2026</w:t>
            </w:r>
          </w:p>
          <w:p>
            <w:pPr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6"/>
              </w:rPr>
              <w:t>Leistungszeitraum: Juli 2026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343A40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343A40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43A40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43A40"/>
                <w:sz w:val="12"/>
              </w:rPr>
              <w:t>BESCHREIBUNG</w:t>
            </w:r>
          </w:p>
        </w:tc>
        <w:tc>
          <w:tcPr>
            <w:tcW w:type="dxa" w:w="105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43A40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343A40"/>
                <w:sz w:val="12"/>
              </w:rPr>
              <w:t>MENGE</w:t>
            </w:r>
          </w:p>
        </w:tc>
        <w:tc>
          <w:tcPr>
            <w:tcW w:type="dxa" w:w="160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43A40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343A40"/>
                <w:sz w:val="12"/>
              </w:rPr>
              <w:t>EINZELPREIS</w:t>
            </w:r>
          </w:p>
        </w:tc>
        <w:tc>
          <w:tcPr>
            <w:tcW w:type="dxa" w:w="105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43A40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343A40"/>
                <w:sz w:val="12"/>
              </w:rPr>
              <w:t>UST</w:t>
            </w:r>
          </w:p>
        </w:tc>
        <w:tc>
          <w:tcPr>
            <w:tcW w:type="dxa" w:w="200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43A40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343A40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343A40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43A40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43A40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CEEE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343A40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343A40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343A40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Architektur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