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C98218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C98218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C98218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C98218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C98218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CF3E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8218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C98218"/>
                <w:sz w:val="12"/>
              </w:rPr>
              <w:t>BESCHREIBUNG</w:t>
            </w:r>
          </w:p>
        </w:tc>
        <w:tc>
          <w:tcPr>
            <w:tcW w:type="dxa" w:w="1050"/>
            <w:shd w:fill="FCF3E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821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C98218"/>
                <w:sz w:val="12"/>
              </w:rPr>
              <w:t>MENGE</w:t>
            </w:r>
          </w:p>
        </w:tc>
        <w:tc>
          <w:tcPr>
            <w:tcW w:type="dxa" w:w="1600"/>
            <w:shd w:fill="FCF3E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821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C98218"/>
                <w:sz w:val="12"/>
              </w:rPr>
              <w:t>EINZELPREIS</w:t>
            </w:r>
          </w:p>
        </w:tc>
        <w:tc>
          <w:tcPr>
            <w:tcW w:type="dxa" w:w="1050"/>
            <w:shd w:fill="FCF3E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821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C98218"/>
                <w:sz w:val="12"/>
              </w:rPr>
              <w:t>UST</w:t>
            </w:r>
          </w:p>
        </w:tc>
        <w:tc>
          <w:tcPr>
            <w:tcW w:type="dxa" w:w="2000"/>
            <w:shd w:fill="FCF3E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C9821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C98218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C98218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C98218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C98218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CF3E3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C98218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C98218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C98218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Amber Line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