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B2F33"/>
                <w:sz w:val="22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2B2F33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2B2F33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B2F33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2B2F33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0F0E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B2F33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2B2F33"/>
                <w:sz w:val="12"/>
              </w:rPr>
              <w:t>BESCHREIBUNG</w:t>
            </w:r>
          </w:p>
        </w:tc>
        <w:tc>
          <w:tcPr>
            <w:tcW w:type="dxa" w:w="1050"/>
            <w:shd w:fill="F0F0E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B2F3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B2F33"/>
                <w:sz w:val="12"/>
              </w:rPr>
              <w:t>MENGE</w:t>
            </w:r>
          </w:p>
        </w:tc>
        <w:tc>
          <w:tcPr>
            <w:tcW w:type="dxa" w:w="1600"/>
            <w:shd w:fill="F0F0E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B2F3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B2F33"/>
                <w:sz w:val="12"/>
              </w:rPr>
              <w:t>EINZELPREIS</w:t>
            </w:r>
          </w:p>
        </w:tc>
        <w:tc>
          <w:tcPr>
            <w:tcW w:type="dxa" w:w="1050"/>
            <w:shd w:fill="F0F0E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B2F3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B2F33"/>
                <w:sz w:val="12"/>
              </w:rPr>
              <w:t>UST</w:t>
            </w:r>
          </w:p>
        </w:tc>
        <w:tc>
          <w:tcPr>
            <w:tcW w:type="dxa" w:w="2000"/>
            <w:shd w:fill="F0F0E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B2F3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B2F33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B2F33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B2F33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B2F33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0F0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2B2F33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B2F33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B2F33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Alpen Mono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